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העלייה – סיפורים מכל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יום העלייה ואת הקשר לפרשת לך 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מהשורש ע-ל-ה ואת המשמעות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סיפורי עולים ממדינות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בז׳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פרשת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הוא עזב את הבית והלך לארץ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הבנת הנקרא - המזוודה והסיפור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בגדים ותמונות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מתכונים, שירים ושפות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היא 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בסיפור שבשבת הם אוכלים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כתוב שבהתחלה היא לא דיברה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בכתבה על המילה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התערוכה נמצאת בספרייה העירונית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כתוב שהכניסה חינם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(ללכת למעלה)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(אדם שבא לגור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(תיק גדול לדרך)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שמציגים בו 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(בסיס למילים כמו עלייה ומעלית)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המזוודה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שם מאכל, מאיפה הוא מגיע ומה מיוחד בו - כ-4-5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ז׳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ללכת למעלה / לבוא לגור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מתכונים, שירים ושפות וזיכרונות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אישית: האם מישהו במשפחה עלה לישראל?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השורש ע-ל-ה על הלוח עם כל המילים מהמשפחה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לפשט את משימת הכתיבה לכמה מילים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העלייה – סיפורים מכל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בשבוע הזה בתי הספר חוגגים את יום העלייה. נקרא על עולים חדשים, על המילה לעלות ועל סיפורים אישיים של משפחות.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חוגגים את יום העלייה בבתי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בז׳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קבעה את יום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העירייה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פרשה קוראים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פרשת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פרשת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פרשת לך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פרשת וירא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אומרים שאברהם הוא העולה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כתב 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עזב את הבית והלך לארץ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בנה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היה מלך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הבנת הנקרא - המזוודה והסיפור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במזוודה של העולה?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ותמונות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העולים מביאים שלא נכנס למזוודה?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רהיטים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מתכונים, שירים ושפות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מאיפה באה סבתא מזל?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אמא של נועה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רופאה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נהגת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עורכת דין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בשבת המשפחה של נועה אוכלת ביחד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של נועה דיברה עברית מהיום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לירושלים עולים כי היא יושבת על הרים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תערוכת המזוודות נמצאת בבית הקפה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הכניסה לערב סיפורי עלייה עולה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אברהם הוא העולה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לעלות זה ללכת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שבא לגור בישראל הוא __________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ירושלים יושבת 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אמא של נועה באה ל__________ בגיל 12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קפה ועברית נפגשים כל יום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לעלות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אדם שבא לגור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שמציגים בו 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מזוודה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בסיס למילים כמו עלייה ומעלית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תערוכה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תיק גדול לדרך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שורש ע-ל-ה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ללכת למעלה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המזוודה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מתכון אחד מהבית שלכם או של המשפחה שלכם, ולמה הוא חשוב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עוזבים את הבית ולוקחים מזוודה אחת, מה הייתם שמים בה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תאריך חוגגים את יום העלייה?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לעלות?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עוד מביאים העולים חוץ מחפצים במזוודה?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העלייה – סיפורים מכל 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