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העלייה – סיפורים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יום העלייה ואת הקשר לפרשת לך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מהשורש ע-ל-ה ואת המשמעות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סיפורי עולים ממדינות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פרשת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הוא עזב את הבית והלך לארץ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הבנת הנקרא - המזוודה והסיפור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בגדים ותמונות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מתכונים, שירים ושפות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היא 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שבשבת הם אוכלים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שבהתחלה היא לא דיברה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 על המילה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התערוכה נמצאת בספרייה העירונית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כתוב שהכניסה חינם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(ללכת 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(אדם שבא לגור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(תיק גדול לדרך)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שמציגים בו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(בסיס למילים כמו עלייה ומעלית)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המזוודה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שם מאכל, מאיפה הוא מגיע ומה מיוחד בו - כ-4-5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ז׳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ללכת למעלה / לבוא לגור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מתכונים, שירים ושפות וזיכרונות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אישית: האם מישהו במשפחה עלה לישראל?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השורש ע-ל-ה על הלוח עם כל המילים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לפשט את משימת הכתיבה לכמה מילים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העלייה – סיפורים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השבוע חוגגים יום מיוחד - יום העלייה. נלמד על אנשים שבאו לגור בישראל וננתח את המילה לעלות.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שבא לגור בישראל ממדינה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לבוא לגור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בונים מילים, למשל ע-ל-ה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 גדול שלוקחים לדרך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מהתורה שקוראים כל 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איך מכינים מאכל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תערוכה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שמציגים בו דברים מעניינים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חוגגים את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החליטה על היום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לפרשה של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פרשת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פרשת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פרשת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פרשת וירא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אברהם נקרא העולה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כתב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עזב את הבית והלך לארץ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בנה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היה מלך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הבנת הנקרא - המזוודה והסיפור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מביא העולה במזוודה?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ותמונות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עוד מביאים העולים חוץ מדברים פיזיים?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רהיטים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מתכונים, שירים ושפות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מדינה באה סבתא?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המקצוע של אמא?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נהגת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עורכת דין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בשבת המשפחה של נועה אוכלת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נועה דיברה עברית מהיום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לירושלים עולים כי היא יושבת על הרים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תערוכת המזוודות נמצאת בבית הקפה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הכניסה לערב סיפורי עלייה עולה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אברהם הוא העולה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לעלות זה ללכת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שבא לגור בישראל הוא __________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ירושלים יושבת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אמא של נועה באה ל__________ בגיל 12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קפה ועברית נפגשים כל יום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לעלות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אדם שבא לגור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בסיס למילים כמו עלייה ומעלית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מזוודה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שמציגים בו 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תערוכה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ללכת 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שורש ע-ל-ה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תיק גדול לדרך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המזוודה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מתכון אחד מהבית שלכם או של המשפחה שלכם, ולמה הוא חשוב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עוזבים את הבית ולוקחים מזוודה אחת, מה הייתם שמים בה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תאריך חוגגים את יום העלייה?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לעלות?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עוד מביאים העולים חוץ מחפצים במזוודה?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העלייה – סיפורים מכל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