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–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יום העלייה ואת הקשר לפרשת לך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מהשורש ע-ל-ה ואת המשמעות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סיפורי עולים ממדינות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הבנת הנקרא - המזוודה והסיפור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בגדים ותמונות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מתכונים, שירים ושפות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שבשבת הם אוכלים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שבהתחלה היא לא דיברה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(ללכת 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(אדם שבא לגור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(תיק גדול לדרך)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שמציגים בו דברים)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המזוודה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שם מאכל, מאיפה הוא מגיע ומה מיוחד בו - כ-4-5 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ז׳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ללכת למעלה / לבוא לגור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מתכונים, שירים ושפות וזיכרונות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אישית: האם מישהו במשפחה עלה לישראל?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השורש ע-ל-ה על הלוח עם כל המילים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לפשט את משימת הכתיבה לכמה מילים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העלייה – סיפורים מכל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בשבוע הזה בתי הספר חוגגים את יום העלייה. נקרא על עולים חדשים, על המילה לעלות ועל סיפורים אישיים של משפחות.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הראשון  ·  עולה  ·  למעלה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חוגגים את יום העלייה בבתי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קבעה את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הבנת הנקרא - המזוודה והסיפור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יש במזוודה של העולה?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בגדים ותמונות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העולים מביאים שלא נכנס למזוודה?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רהיטים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מתכונים, שירים ושפות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מאיפה באה סבתא מזל?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בשבת המשפחה של נועה אוכלת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של נועה דיברה עברית מהיום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אברהם הוא העולה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לעלות זה ללכת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 שבא לגור בישראל הוא __________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שמציגים בו 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תיק גדול לדרך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מזוודה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ללכת 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תערוכה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אדם שבא לגור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המזוודה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מתכון אחד מהבית שלכם או של המשפחה שלכם, ולמה הוא חשוב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תאריך חוגגים את יום העלייה?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המילה לעלות?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העלייה – סיפורים מכל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